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AC09" w14:textId="77777777" w:rsidR="00F0284D" w:rsidRDefault="008E1675">
      <w:pPr>
        <w:jc w:val="center"/>
      </w:pPr>
      <w:r>
        <w:rPr>
          <w:b/>
          <w:color w:val="1F4E79"/>
          <w:sz w:val="48"/>
        </w:rPr>
        <w:t>The Beacon</w:t>
      </w:r>
    </w:p>
    <w:p w14:paraId="224797BC" w14:textId="77777777" w:rsidR="00F0284D" w:rsidRDefault="008E1675">
      <w:pPr>
        <w:jc w:val="center"/>
      </w:pPr>
      <w:r>
        <w:rPr>
          <w:b/>
          <w:color w:val="1F4E79"/>
          <w:sz w:val="32"/>
        </w:rPr>
        <w:t>Newsletter</w:t>
      </w:r>
    </w:p>
    <w:p w14:paraId="2F94BF32" w14:textId="77777777" w:rsidR="00F0284D" w:rsidRDefault="008E1675">
      <w:pPr>
        <w:jc w:val="center"/>
      </w:pPr>
      <w:r>
        <w:rPr>
          <w:b/>
          <w:sz w:val="26"/>
        </w:rPr>
        <w:t>July - September 2026</w:t>
      </w:r>
    </w:p>
    <w:p w14:paraId="2173C7E3" w14:textId="77777777" w:rsidR="00F0284D" w:rsidRPr="0067189E" w:rsidRDefault="008E1675">
      <w:pPr>
        <w:spacing w:before="240" w:after="80"/>
        <w:rPr>
          <w:sz w:val="36"/>
          <w:szCs w:val="36"/>
        </w:rPr>
      </w:pPr>
      <w:r w:rsidRPr="0067189E">
        <w:rPr>
          <w:b/>
          <w:color w:val="1F4E79"/>
          <w:sz w:val="36"/>
          <w:szCs w:val="36"/>
        </w:rPr>
        <w:t>A Message from the President and CEO</w:t>
      </w:r>
    </w:p>
    <w:p w14:paraId="71C80D6E" w14:textId="77777777" w:rsidR="00F0284D" w:rsidRPr="0067189E" w:rsidRDefault="008E1675">
      <w:pPr>
        <w:spacing w:after="120" w:line="259" w:lineRule="auto"/>
        <w:rPr>
          <w:sz w:val="36"/>
          <w:szCs w:val="36"/>
        </w:rPr>
      </w:pPr>
      <w:r w:rsidRPr="0067189E">
        <w:rPr>
          <w:sz w:val="36"/>
          <w:szCs w:val="36"/>
        </w:rPr>
        <w:t>Dear Lighthouse of Broward Family and Friends,</w:t>
      </w:r>
    </w:p>
    <w:p w14:paraId="22B8171E" w14:textId="77777777" w:rsidR="00F0284D" w:rsidRPr="0067189E" w:rsidRDefault="008E1675">
      <w:pPr>
        <w:spacing w:after="120" w:line="259" w:lineRule="auto"/>
        <w:rPr>
          <w:sz w:val="36"/>
          <w:szCs w:val="36"/>
        </w:rPr>
      </w:pPr>
      <w:r w:rsidRPr="0067189E">
        <w:rPr>
          <w:sz w:val="36"/>
          <w:szCs w:val="36"/>
        </w:rPr>
        <w:t>As we move into the summer season, I am excited to share some of the wonderful progress, accomplishments, and moments of celebration taking place throughout our organization.</w:t>
      </w:r>
    </w:p>
    <w:p w14:paraId="0B5BB1F1" w14:textId="77777777" w:rsidR="00F0284D" w:rsidRPr="0067189E" w:rsidRDefault="008E1675">
      <w:pPr>
        <w:spacing w:before="160" w:after="60"/>
        <w:rPr>
          <w:sz w:val="36"/>
          <w:szCs w:val="36"/>
        </w:rPr>
      </w:pPr>
      <w:r w:rsidRPr="0067189E">
        <w:rPr>
          <w:b/>
          <w:color w:val="1F4E79"/>
          <w:sz w:val="36"/>
          <w:szCs w:val="36"/>
        </w:rPr>
        <w:t>Construction Update</w:t>
      </w:r>
    </w:p>
    <w:p w14:paraId="57C62E6F" w14:textId="77777777" w:rsidR="00F0284D" w:rsidRPr="0067189E" w:rsidRDefault="008E1675">
      <w:pPr>
        <w:spacing w:after="120" w:line="259" w:lineRule="auto"/>
        <w:rPr>
          <w:sz w:val="36"/>
          <w:szCs w:val="36"/>
        </w:rPr>
      </w:pPr>
      <w:r w:rsidRPr="0067189E">
        <w:rPr>
          <w:sz w:val="36"/>
          <w:szCs w:val="36"/>
        </w:rPr>
        <w:t>Our renovation project continues to move forward with significant progress. Bathroom tiling has been completed, and the first-floor walls have been freshly painted, giving the space a bright, refreshed look. Installation of the new ceiling tiles is currently underway, and motion-detecting lights have now been installed throughout the building, improving both convenience and energy efficiency. Work on our new training kitchen is also progressing beautifully. We cannot wait to welcome you back into a renewed and reimagined Lighthouse.</w:t>
      </w:r>
    </w:p>
    <w:p w14:paraId="68F047E4" w14:textId="77777777" w:rsidR="00F0284D" w:rsidRPr="0067189E" w:rsidRDefault="008E1675">
      <w:pPr>
        <w:spacing w:before="160" w:after="60"/>
        <w:rPr>
          <w:sz w:val="36"/>
          <w:szCs w:val="36"/>
        </w:rPr>
      </w:pPr>
      <w:r w:rsidRPr="0067189E">
        <w:rPr>
          <w:b/>
          <w:color w:val="1F4E79"/>
          <w:sz w:val="36"/>
          <w:szCs w:val="36"/>
        </w:rPr>
        <w:t>Global and Lighthouse Accessibility Awareness Day</w:t>
      </w:r>
    </w:p>
    <w:p w14:paraId="6502E16C" w14:textId="77777777" w:rsidR="00F0284D" w:rsidRPr="0067189E" w:rsidRDefault="008E1675">
      <w:pPr>
        <w:spacing w:after="120" w:line="259" w:lineRule="auto"/>
        <w:rPr>
          <w:sz w:val="36"/>
          <w:szCs w:val="36"/>
        </w:rPr>
      </w:pPr>
      <w:r w:rsidRPr="0067189E">
        <w:rPr>
          <w:sz w:val="36"/>
          <w:szCs w:val="36"/>
        </w:rPr>
        <w:t xml:space="preserve">On May 21, we proudly hosted our inaugural Global and Lighthouse Accessibility Awareness Day celebration. More than 100 clients, community partners, vendors, staff members, and board members joined us for this special event focused on accessibility, inclusion, and advocacy. Following lunch, a panel of seven accessibility professionals from across our community engaged attendees in a </w:t>
      </w:r>
      <w:r w:rsidRPr="0067189E">
        <w:rPr>
          <w:sz w:val="36"/>
          <w:szCs w:val="36"/>
        </w:rPr>
        <w:lastRenderedPageBreak/>
        <w:t>meaningful discussion about accessibility, advocacy, and the work that still lies ahead as we continue building a more inclusive world.</w:t>
      </w:r>
    </w:p>
    <w:p w14:paraId="3A8EE625" w14:textId="77777777" w:rsidR="00F0284D" w:rsidRPr="0067189E" w:rsidRDefault="008E1675">
      <w:pPr>
        <w:spacing w:after="120" w:line="259" w:lineRule="auto"/>
        <w:rPr>
          <w:sz w:val="36"/>
          <w:szCs w:val="36"/>
        </w:rPr>
      </w:pPr>
      <w:r w:rsidRPr="0067189E">
        <w:rPr>
          <w:sz w:val="36"/>
          <w:szCs w:val="36"/>
        </w:rPr>
        <w:t>I would also like to recognize our own Eric Barrette, whose vision, planning, and leadership made this event such a success. Eric not only organized and executed a wonderful program, but also proudly represented Lighthouse during a live appearance on NBC6.</w:t>
      </w:r>
    </w:p>
    <w:p w14:paraId="171FE13A" w14:textId="77777777" w:rsidR="00F0284D" w:rsidRPr="0067189E" w:rsidRDefault="008E1675">
      <w:pPr>
        <w:spacing w:before="160" w:after="60"/>
        <w:rPr>
          <w:sz w:val="36"/>
          <w:szCs w:val="36"/>
        </w:rPr>
      </w:pPr>
      <w:r w:rsidRPr="0067189E">
        <w:rPr>
          <w:b/>
          <w:color w:val="1F4E79"/>
          <w:sz w:val="36"/>
          <w:szCs w:val="36"/>
        </w:rPr>
        <w:t>Heroes Celebration</w:t>
      </w:r>
    </w:p>
    <w:p w14:paraId="3D1021FF" w14:textId="77777777" w:rsidR="00F0284D" w:rsidRPr="0067189E" w:rsidRDefault="008E1675">
      <w:pPr>
        <w:spacing w:after="120" w:line="259" w:lineRule="auto"/>
        <w:rPr>
          <w:sz w:val="36"/>
          <w:szCs w:val="36"/>
        </w:rPr>
      </w:pPr>
      <w:r w:rsidRPr="0067189E">
        <w:rPr>
          <w:sz w:val="36"/>
          <w:szCs w:val="36"/>
        </w:rPr>
        <w:t>Our 6th Annual Heroes Celebration, presented in partnership with American Heritage Schools, was an incredible success, raising more than $68,000 to support Lighthouse programs and services. Beyond the fundraising, the evening provided a beautiful opportunity to showcase the life-changing impact of our mission. This year, we were honored to recognize two extraordinary individuals.</w:t>
      </w:r>
    </w:p>
    <w:p w14:paraId="2EF508C2" w14:textId="77777777" w:rsidR="00F0284D" w:rsidRPr="0067189E" w:rsidRDefault="008E1675">
      <w:pPr>
        <w:spacing w:after="120" w:line="259" w:lineRule="auto"/>
        <w:rPr>
          <w:sz w:val="36"/>
          <w:szCs w:val="36"/>
        </w:rPr>
      </w:pPr>
      <w:r w:rsidRPr="0067189E">
        <w:rPr>
          <w:sz w:val="36"/>
          <w:szCs w:val="36"/>
        </w:rPr>
        <w:t xml:space="preserve">Ohani Henriquez has been part of the Lighthouse family since childhood and continues to inspire us with his journey, perseverance, and accomplishments. We were also proud to recognize Mike Ader, who enjoyed a distinguished career of more than 30 years in law enforcement before losing his vision. After completing his rehabilitation services at Lighthouse, Mike was so grateful for the support he received that he created a guitar program for individuals who are blind or visually impaired. Today, he continues to share his passion by teaching guitar classes as a volunteer. Both Ohani and Mike remind </w:t>
      </w:r>
      <w:proofErr w:type="gramStart"/>
      <w:r w:rsidRPr="0067189E">
        <w:rPr>
          <w:sz w:val="36"/>
          <w:szCs w:val="36"/>
        </w:rPr>
        <w:t>us</w:t>
      </w:r>
      <w:proofErr w:type="gramEnd"/>
      <w:r w:rsidRPr="0067189E">
        <w:rPr>
          <w:sz w:val="36"/>
          <w:szCs w:val="36"/>
        </w:rPr>
        <w:t xml:space="preserve"> what is possible when people receive the support, encouragement, and tools they need to thrive.</w:t>
      </w:r>
    </w:p>
    <w:p w14:paraId="095DBB25" w14:textId="77777777" w:rsidR="00F0284D" w:rsidRPr="0067189E" w:rsidRDefault="008E1675">
      <w:pPr>
        <w:spacing w:before="160" w:after="60"/>
        <w:rPr>
          <w:sz w:val="36"/>
          <w:szCs w:val="36"/>
        </w:rPr>
      </w:pPr>
      <w:r w:rsidRPr="0067189E">
        <w:rPr>
          <w:b/>
          <w:color w:val="1F4E79"/>
          <w:sz w:val="36"/>
          <w:szCs w:val="36"/>
        </w:rPr>
        <w:t>Looking Ahead</w:t>
      </w:r>
    </w:p>
    <w:p w14:paraId="6BE1248C" w14:textId="77777777" w:rsidR="00F0284D" w:rsidRPr="0067189E" w:rsidRDefault="008E1675">
      <w:pPr>
        <w:spacing w:after="120" w:line="259" w:lineRule="auto"/>
        <w:rPr>
          <w:sz w:val="36"/>
          <w:szCs w:val="36"/>
        </w:rPr>
      </w:pPr>
      <w:r w:rsidRPr="0067189E">
        <w:rPr>
          <w:sz w:val="36"/>
          <w:szCs w:val="36"/>
        </w:rPr>
        <w:lastRenderedPageBreak/>
        <w:t>As summer begins, I hope you and your families enjoy a safe and joyful season. Please remember to stay cool, stay hydrated, and continue following Lighthouse on our social media platforms so you do not miss important updates, upcoming events, and inspiring stories from our community.</w:t>
      </w:r>
    </w:p>
    <w:p w14:paraId="37441236" w14:textId="77777777" w:rsidR="00F0284D" w:rsidRPr="0067189E" w:rsidRDefault="008E1675">
      <w:pPr>
        <w:spacing w:after="120" w:line="259" w:lineRule="auto"/>
        <w:rPr>
          <w:sz w:val="36"/>
          <w:szCs w:val="36"/>
        </w:rPr>
      </w:pPr>
      <w:r w:rsidRPr="0067189E">
        <w:rPr>
          <w:sz w:val="36"/>
          <w:szCs w:val="36"/>
        </w:rPr>
        <w:t xml:space="preserve">As we enter hurricane season, I also encourage everyone to take time now to prepare. Please review your family’s emergency plan, replenish supplies, check medications and important documents, and make sure you have what you need to stay safe and informed. For individuals who are blind or visually impaired, </w:t>
      </w:r>
      <w:proofErr w:type="gramStart"/>
      <w:r w:rsidRPr="0067189E">
        <w:rPr>
          <w:sz w:val="36"/>
          <w:szCs w:val="36"/>
        </w:rPr>
        <w:t>planning ahead</w:t>
      </w:r>
      <w:proofErr w:type="gramEnd"/>
      <w:r w:rsidRPr="0067189E">
        <w:rPr>
          <w:sz w:val="36"/>
          <w:szCs w:val="36"/>
        </w:rPr>
        <w:t xml:space="preserve"> is especially important, including labeling emergency supplies, keeping assistive technology charged, and identifying trusted supports before a storm is approaching.</w:t>
      </w:r>
    </w:p>
    <w:p w14:paraId="497B6521" w14:textId="77777777" w:rsidR="00F0284D" w:rsidRPr="0067189E" w:rsidRDefault="008E1675">
      <w:pPr>
        <w:spacing w:after="120" w:line="259" w:lineRule="auto"/>
        <w:rPr>
          <w:sz w:val="36"/>
          <w:szCs w:val="36"/>
        </w:rPr>
      </w:pPr>
      <w:r w:rsidRPr="0067189E">
        <w:rPr>
          <w:sz w:val="36"/>
          <w:szCs w:val="36"/>
        </w:rPr>
        <w:t>If you or someone you love may need additional assistance during an emergency, please consider registering for Broward County’s Vulnerable Population Registry. This registry helps ensure that individuals who may need sheltering or evacuation assistance are connected to appropriate resources before a storm or emergency occurs. You may register by calling 311 or by completing the online form at: https://webapps2.broward.org/VulnerableRegistry/Welcome.aspx.</w:t>
      </w:r>
    </w:p>
    <w:p w14:paraId="1DE36FB8" w14:textId="77777777" w:rsidR="00F0284D" w:rsidRPr="0067189E" w:rsidRDefault="008E1675">
      <w:pPr>
        <w:spacing w:after="120" w:line="259" w:lineRule="auto"/>
        <w:rPr>
          <w:sz w:val="36"/>
          <w:szCs w:val="36"/>
        </w:rPr>
      </w:pPr>
      <w:r w:rsidRPr="0067189E">
        <w:rPr>
          <w:sz w:val="36"/>
          <w:szCs w:val="36"/>
        </w:rPr>
        <w:t>Thank you for being such an important part of the Lighthouse family. Together, we continue to make a meaningful difference in the lives of people who are blind or visually impaired.</w:t>
      </w:r>
    </w:p>
    <w:p w14:paraId="39419952" w14:textId="77777777" w:rsidR="00F0284D" w:rsidRPr="0067189E" w:rsidRDefault="008E1675">
      <w:pPr>
        <w:spacing w:after="120" w:line="259" w:lineRule="auto"/>
        <w:rPr>
          <w:sz w:val="36"/>
          <w:szCs w:val="36"/>
        </w:rPr>
      </w:pPr>
      <w:r w:rsidRPr="0067189E">
        <w:rPr>
          <w:sz w:val="36"/>
          <w:szCs w:val="36"/>
        </w:rPr>
        <w:t>Wishing you a wonderful summer,</w:t>
      </w:r>
    </w:p>
    <w:p w14:paraId="24A3B077" w14:textId="77777777" w:rsidR="00F0284D" w:rsidRPr="0067189E" w:rsidRDefault="008E1675">
      <w:pPr>
        <w:spacing w:line="259" w:lineRule="auto"/>
        <w:rPr>
          <w:sz w:val="36"/>
          <w:szCs w:val="36"/>
        </w:rPr>
      </w:pPr>
      <w:r w:rsidRPr="0067189E">
        <w:rPr>
          <w:sz w:val="36"/>
          <w:szCs w:val="36"/>
        </w:rPr>
        <w:t>Ellyn Drotzer, MSW, LCSW</w:t>
      </w:r>
      <w:r w:rsidRPr="0067189E">
        <w:rPr>
          <w:sz w:val="36"/>
          <w:szCs w:val="36"/>
        </w:rPr>
        <w:br/>
        <w:t>President and CEO</w:t>
      </w:r>
    </w:p>
    <w:p w14:paraId="36B57842" w14:textId="77777777" w:rsidR="00F0284D" w:rsidRPr="0067189E" w:rsidRDefault="008E1675">
      <w:pPr>
        <w:spacing w:before="240" w:after="80"/>
        <w:rPr>
          <w:sz w:val="36"/>
          <w:szCs w:val="36"/>
        </w:rPr>
      </w:pPr>
      <w:r w:rsidRPr="0067189E">
        <w:rPr>
          <w:b/>
          <w:color w:val="1F4E79"/>
          <w:sz w:val="36"/>
          <w:szCs w:val="36"/>
        </w:rPr>
        <w:lastRenderedPageBreak/>
        <w:t>Important Notice: Facility Renovations in the Coming Months</w:t>
      </w:r>
    </w:p>
    <w:p w14:paraId="6AD34A33" w14:textId="77777777" w:rsidR="00F0284D" w:rsidRPr="0067189E" w:rsidRDefault="008E1675">
      <w:pPr>
        <w:spacing w:after="120" w:line="259" w:lineRule="auto"/>
        <w:rPr>
          <w:sz w:val="36"/>
          <w:szCs w:val="36"/>
        </w:rPr>
      </w:pPr>
      <w:r w:rsidRPr="0067189E">
        <w:rPr>
          <w:sz w:val="36"/>
          <w:szCs w:val="36"/>
        </w:rPr>
        <w:t>Our facility will be undergoing renovations in the coming months. To stay informed about any temporary changes to service locations, social activities, and potential building closures, please contact us directly or visit our website for real-time updates.</w:t>
      </w:r>
    </w:p>
    <w:p w14:paraId="46D278A5" w14:textId="77777777" w:rsidR="00F0284D" w:rsidRPr="0067189E" w:rsidRDefault="008E1675">
      <w:pPr>
        <w:spacing w:after="120" w:line="259" w:lineRule="auto"/>
        <w:rPr>
          <w:sz w:val="36"/>
          <w:szCs w:val="36"/>
        </w:rPr>
      </w:pPr>
      <w:r w:rsidRPr="0067189E">
        <w:rPr>
          <w:sz w:val="36"/>
          <w:szCs w:val="36"/>
        </w:rPr>
        <w:t>Call the front desk at 954-463-4217, dial 0, or visit www.lhob.org for the latest information.</w:t>
      </w:r>
    </w:p>
    <w:p w14:paraId="136B1DFF" w14:textId="77777777" w:rsidR="00F0284D" w:rsidRPr="0067189E" w:rsidRDefault="008E1675">
      <w:pPr>
        <w:spacing w:after="120" w:line="259" w:lineRule="auto"/>
        <w:rPr>
          <w:sz w:val="36"/>
          <w:szCs w:val="36"/>
        </w:rPr>
      </w:pPr>
      <w:r w:rsidRPr="0067189E">
        <w:rPr>
          <w:sz w:val="36"/>
          <w:szCs w:val="36"/>
        </w:rPr>
        <w:t>Thank you for your understanding and support!</w:t>
      </w:r>
    </w:p>
    <w:p w14:paraId="0F6A8121" w14:textId="77777777" w:rsidR="00F0284D" w:rsidRPr="0067189E" w:rsidRDefault="008E1675">
      <w:pPr>
        <w:spacing w:before="240" w:after="80"/>
        <w:rPr>
          <w:sz w:val="36"/>
          <w:szCs w:val="36"/>
        </w:rPr>
      </w:pPr>
      <w:r w:rsidRPr="0067189E">
        <w:rPr>
          <w:b/>
          <w:color w:val="1F4E79"/>
          <w:sz w:val="36"/>
          <w:szCs w:val="36"/>
        </w:rPr>
        <w:t>Important Building Closure Dates and Updates</w:t>
      </w:r>
    </w:p>
    <w:p w14:paraId="03E87907" w14:textId="77777777" w:rsidR="00F0284D" w:rsidRPr="0067189E" w:rsidRDefault="008E1675">
      <w:pPr>
        <w:pStyle w:val="ListBullet"/>
        <w:spacing w:after="60"/>
        <w:rPr>
          <w:sz w:val="36"/>
          <w:szCs w:val="36"/>
        </w:rPr>
      </w:pPr>
      <w:r w:rsidRPr="0067189E">
        <w:rPr>
          <w:sz w:val="36"/>
          <w:szCs w:val="36"/>
        </w:rPr>
        <w:t>LHOB Closed for Friday, July 3rd, entering July 4th weekend.</w:t>
      </w:r>
    </w:p>
    <w:p w14:paraId="0877B133" w14:textId="77777777" w:rsidR="00F0284D" w:rsidRPr="0067189E" w:rsidRDefault="008E1675">
      <w:pPr>
        <w:pStyle w:val="ListBullet"/>
        <w:spacing w:after="60"/>
        <w:rPr>
          <w:sz w:val="36"/>
          <w:szCs w:val="36"/>
        </w:rPr>
      </w:pPr>
      <w:r w:rsidRPr="0067189E">
        <w:rPr>
          <w:sz w:val="36"/>
          <w:szCs w:val="36"/>
        </w:rPr>
        <w:t>LHOB Closed for Labor Day, Monday, September 7th, 2026.</w:t>
      </w:r>
    </w:p>
    <w:p w14:paraId="72D5B915" w14:textId="77777777" w:rsidR="00F0284D" w:rsidRPr="0067189E" w:rsidRDefault="008E1675">
      <w:pPr>
        <w:spacing w:before="240" w:after="80"/>
        <w:rPr>
          <w:sz w:val="36"/>
          <w:szCs w:val="36"/>
        </w:rPr>
      </w:pPr>
      <w:r w:rsidRPr="0067189E">
        <w:rPr>
          <w:b/>
          <w:color w:val="1F4E79"/>
          <w:sz w:val="36"/>
          <w:szCs w:val="36"/>
        </w:rPr>
        <w:t>LHOB Social Groups and Activities</w:t>
      </w:r>
    </w:p>
    <w:p w14:paraId="0C2A4661" w14:textId="77777777" w:rsidR="00F0284D" w:rsidRPr="0067189E" w:rsidRDefault="008E1675">
      <w:pPr>
        <w:pStyle w:val="ListBullet"/>
        <w:spacing w:after="60"/>
        <w:rPr>
          <w:sz w:val="36"/>
          <w:szCs w:val="36"/>
        </w:rPr>
      </w:pPr>
      <w:r w:rsidRPr="0067189E">
        <w:rPr>
          <w:sz w:val="36"/>
          <w:szCs w:val="36"/>
        </w:rPr>
        <w:t>For all events you must RSVP in advance as space is limited. If you show up that day and are not on the list, we are not able to accommodate.</w:t>
      </w:r>
    </w:p>
    <w:p w14:paraId="4CDAB282" w14:textId="77777777" w:rsidR="00F0284D" w:rsidRPr="0067189E" w:rsidRDefault="008E1675">
      <w:pPr>
        <w:pStyle w:val="ListBullet"/>
        <w:spacing w:after="60"/>
        <w:rPr>
          <w:sz w:val="36"/>
          <w:szCs w:val="36"/>
        </w:rPr>
      </w:pPr>
      <w:r w:rsidRPr="0067189E">
        <w:rPr>
          <w:sz w:val="36"/>
          <w:szCs w:val="36"/>
        </w:rPr>
        <w:t>If you cannot make it to an activity you signed up for, please call and let us know. If you have 3 unexcused absences, we will have to deny entry to social activities moving forward.</w:t>
      </w:r>
    </w:p>
    <w:p w14:paraId="7CFEF2B3" w14:textId="77777777" w:rsidR="00F0284D" w:rsidRPr="0067189E" w:rsidRDefault="008E1675">
      <w:pPr>
        <w:pStyle w:val="ListBullet"/>
        <w:spacing w:after="60"/>
        <w:rPr>
          <w:sz w:val="36"/>
          <w:szCs w:val="36"/>
        </w:rPr>
      </w:pPr>
      <w:r w:rsidRPr="0067189E">
        <w:rPr>
          <w:sz w:val="36"/>
          <w:szCs w:val="36"/>
        </w:rPr>
        <w:t>If any changes are ever made to an activity that you are signed up for, you will be notified as soon as possible.</w:t>
      </w:r>
    </w:p>
    <w:p w14:paraId="5BB1B62F" w14:textId="77777777" w:rsidR="00F0284D" w:rsidRPr="0067189E" w:rsidRDefault="008E1675">
      <w:pPr>
        <w:spacing w:after="120" w:line="259" w:lineRule="auto"/>
        <w:rPr>
          <w:sz w:val="36"/>
          <w:szCs w:val="36"/>
        </w:rPr>
      </w:pPr>
      <w:r w:rsidRPr="0067189E">
        <w:rPr>
          <w:i/>
          <w:sz w:val="36"/>
          <w:szCs w:val="36"/>
        </w:rPr>
        <w:t>We thank you kindly for your cooperation!</w:t>
      </w:r>
    </w:p>
    <w:p w14:paraId="4BA71E56" w14:textId="77777777" w:rsidR="00F0284D" w:rsidRPr="0067189E" w:rsidRDefault="008E1675">
      <w:pPr>
        <w:spacing w:before="160" w:after="60"/>
        <w:rPr>
          <w:sz w:val="36"/>
          <w:szCs w:val="36"/>
        </w:rPr>
      </w:pPr>
      <w:r w:rsidRPr="0067189E">
        <w:rPr>
          <w:b/>
          <w:color w:val="1F4E79"/>
          <w:sz w:val="36"/>
          <w:szCs w:val="36"/>
        </w:rPr>
        <w:t>Activity Cancellations for the Quarter</w:t>
      </w:r>
    </w:p>
    <w:p w14:paraId="6543AD58" w14:textId="77777777" w:rsidR="00F0284D" w:rsidRPr="0067189E" w:rsidRDefault="008E1675">
      <w:pPr>
        <w:pStyle w:val="ListBullet"/>
        <w:spacing w:after="60"/>
        <w:rPr>
          <w:sz w:val="36"/>
          <w:szCs w:val="36"/>
        </w:rPr>
      </w:pPr>
      <w:r w:rsidRPr="0067189E">
        <w:rPr>
          <w:sz w:val="36"/>
          <w:szCs w:val="36"/>
        </w:rPr>
        <w:t>NO ZUMBA on July 3rd, August 21st, September 4th, September 11th, or September 18th.</w:t>
      </w:r>
    </w:p>
    <w:p w14:paraId="705DFC95" w14:textId="77777777" w:rsidR="00F0284D" w:rsidRPr="0067189E" w:rsidRDefault="008E1675">
      <w:pPr>
        <w:pStyle w:val="ListBullet"/>
        <w:spacing w:after="60"/>
        <w:rPr>
          <w:sz w:val="36"/>
          <w:szCs w:val="36"/>
        </w:rPr>
      </w:pPr>
      <w:r w:rsidRPr="0067189E">
        <w:rPr>
          <w:sz w:val="36"/>
          <w:szCs w:val="36"/>
        </w:rPr>
        <w:t>NO FITNESS on August 31st, September 14th, or September 21st.</w:t>
      </w:r>
    </w:p>
    <w:p w14:paraId="60AFC462" w14:textId="77777777" w:rsidR="00F0284D" w:rsidRPr="0067189E" w:rsidRDefault="008E1675">
      <w:pPr>
        <w:pStyle w:val="ListBullet"/>
        <w:spacing w:after="60"/>
        <w:rPr>
          <w:sz w:val="36"/>
          <w:szCs w:val="36"/>
        </w:rPr>
      </w:pPr>
      <w:r w:rsidRPr="0067189E">
        <w:rPr>
          <w:sz w:val="36"/>
          <w:szCs w:val="36"/>
        </w:rPr>
        <w:lastRenderedPageBreak/>
        <w:t>NO BINGO on August 21st.</w:t>
      </w:r>
    </w:p>
    <w:p w14:paraId="520DBEF0" w14:textId="77777777" w:rsidR="00F0284D" w:rsidRPr="0067189E" w:rsidRDefault="008E1675">
      <w:pPr>
        <w:pStyle w:val="ListBullet"/>
        <w:spacing w:after="60"/>
        <w:rPr>
          <w:sz w:val="36"/>
          <w:szCs w:val="36"/>
        </w:rPr>
      </w:pPr>
      <w:r w:rsidRPr="0067189E">
        <w:rPr>
          <w:sz w:val="36"/>
          <w:szCs w:val="36"/>
        </w:rPr>
        <w:t>NO TRIVIA on July 3rd. It has been moved to July 10th.</w:t>
      </w:r>
    </w:p>
    <w:p w14:paraId="7462E722" w14:textId="77777777" w:rsidR="00F0284D" w:rsidRPr="0067189E" w:rsidRDefault="008E1675">
      <w:pPr>
        <w:spacing w:before="160" w:after="60"/>
        <w:rPr>
          <w:sz w:val="36"/>
          <w:szCs w:val="36"/>
        </w:rPr>
      </w:pPr>
      <w:r w:rsidRPr="0067189E">
        <w:rPr>
          <w:b/>
          <w:color w:val="1F4E79"/>
          <w:sz w:val="36"/>
          <w:szCs w:val="36"/>
        </w:rPr>
        <w:t>Zumba Class</w:t>
      </w:r>
    </w:p>
    <w:p w14:paraId="1149FD6A" w14:textId="77777777" w:rsidR="00F0284D" w:rsidRPr="0067189E" w:rsidRDefault="008E1675">
      <w:pPr>
        <w:spacing w:after="120" w:line="259" w:lineRule="auto"/>
        <w:rPr>
          <w:sz w:val="36"/>
          <w:szCs w:val="36"/>
        </w:rPr>
      </w:pPr>
      <w:r w:rsidRPr="0067189E">
        <w:rPr>
          <w:sz w:val="36"/>
          <w:szCs w:val="36"/>
        </w:rPr>
        <w:t>Every other Friday, as two groups switch on and off, from 12:30 p.m. to 1:30 p.m. Join us for a fun and energetic Zumba class that combines dance and fitness. This class features high-energy music and dynamic dance moves that provide an excellent cardio workout while improving coordination and rhythm. While most of the movements can be adapted for a seated position, there will also be some standing routines to elevate your heart rate and boost your mood. Whether you are a seasoned dancer or a beginner, this class is designed for everyone to enjoy. Please RSVP at 954-463-4217 ext. 110. Space is limited.</w:t>
      </w:r>
    </w:p>
    <w:p w14:paraId="5E8B7AF0" w14:textId="77777777" w:rsidR="00F0284D" w:rsidRPr="0067189E" w:rsidRDefault="008E1675">
      <w:pPr>
        <w:spacing w:before="160" w:after="60"/>
        <w:rPr>
          <w:sz w:val="36"/>
          <w:szCs w:val="36"/>
        </w:rPr>
      </w:pPr>
      <w:r w:rsidRPr="0067189E">
        <w:rPr>
          <w:b/>
          <w:color w:val="1F4E79"/>
          <w:sz w:val="36"/>
          <w:szCs w:val="36"/>
        </w:rPr>
        <w:t>Arts and Crafts</w:t>
      </w:r>
    </w:p>
    <w:p w14:paraId="27F82234" w14:textId="77777777" w:rsidR="00F0284D" w:rsidRPr="0067189E" w:rsidRDefault="008E1675">
      <w:pPr>
        <w:spacing w:after="120" w:line="259" w:lineRule="auto"/>
        <w:rPr>
          <w:sz w:val="36"/>
          <w:szCs w:val="36"/>
        </w:rPr>
      </w:pPr>
      <w:r w:rsidRPr="0067189E">
        <w:rPr>
          <w:sz w:val="36"/>
          <w:szCs w:val="36"/>
        </w:rPr>
        <w:t>Every other Thursday, July 9th and 23rd, August 6th and 20th, September 3rd and 17th, from 1:00 p.m. to 2:30 p.m. Join us for adapted arts and crafts projects including painting with tactile lines, clay work, sewing, and floral arrangements. Activities vary each week. Please RSVP at 954-463-4217 ext. 110. Space is limited.</w:t>
      </w:r>
    </w:p>
    <w:p w14:paraId="7544F6A2" w14:textId="77777777" w:rsidR="00F0284D" w:rsidRPr="0067189E" w:rsidRDefault="008E1675">
      <w:pPr>
        <w:spacing w:before="160" w:after="60"/>
        <w:rPr>
          <w:sz w:val="36"/>
          <w:szCs w:val="36"/>
        </w:rPr>
      </w:pPr>
      <w:r w:rsidRPr="0067189E">
        <w:rPr>
          <w:b/>
          <w:color w:val="1F4E79"/>
          <w:sz w:val="36"/>
          <w:szCs w:val="36"/>
        </w:rPr>
        <w:t>Cooking Class</w:t>
      </w:r>
    </w:p>
    <w:p w14:paraId="71B6AB92" w14:textId="77777777" w:rsidR="00F0284D" w:rsidRPr="0067189E" w:rsidRDefault="008E1675">
      <w:pPr>
        <w:spacing w:after="120" w:line="259" w:lineRule="auto"/>
        <w:rPr>
          <w:sz w:val="36"/>
          <w:szCs w:val="36"/>
        </w:rPr>
      </w:pPr>
      <w:r w:rsidRPr="0067189E">
        <w:rPr>
          <w:sz w:val="36"/>
          <w:szCs w:val="36"/>
        </w:rPr>
        <w:t>Every other Thursday from 1:00 p.m. to 2:30 p.m., July 2nd, 16th and 30th, August 13th and 27th, September 10th and 24th. Join us for some fun, hands-on culinary creativity. Discover delicious, oven-free recipes, including anything from healthy snacks to no-bake desserts. Please RSVP at 954-463-4217 ext. 110 and provide the front desk with any food allergies. Space is limited.</w:t>
      </w:r>
    </w:p>
    <w:p w14:paraId="07E0F0A9" w14:textId="77777777" w:rsidR="00F0284D" w:rsidRPr="0067189E" w:rsidRDefault="008E1675">
      <w:pPr>
        <w:spacing w:before="160" w:after="60"/>
        <w:rPr>
          <w:sz w:val="36"/>
          <w:szCs w:val="36"/>
        </w:rPr>
      </w:pPr>
      <w:r w:rsidRPr="0067189E">
        <w:rPr>
          <w:b/>
          <w:color w:val="1F4E79"/>
          <w:sz w:val="36"/>
          <w:szCs w:val="36"/>
        </w:rPr>
        <w:t>Fitness Class</w:t>
      </w:r>
    </w:p>
    <w:p w14:paraId="5B7D372B" w14:textId="77777777" w:rsidR="00F0284D" w:rsidRPr="0067189E" w:rsidRDefault="008E1675">
      <w:pPr>
        <w:spacing w:after="120" w:line="259" w:lineRule="auto"/>
        <w:rPr>
          <w:sz w:val="36"/>
          <w:szCs w:val="36"/>
        </w:rPr>
      </w:pPr>
      <w:r w:rsidRPr="0067189E">
        <w:rPr>
          <w:sz w:val="36"/>
          <w:szCs w:val="36"/>
        </w:rPr>
        <w:lastRenderedPageBreak/>
        <w:t>Join us for fitness every Monday. We have two different times, including 9:00 a.m. to 10:00 a.m. and 11:00 a.m. to 12:00 p.m. You will be added to one class. There is no taking both in one day. This dynamic class includes strength, balance, and endurance training. Come grab a mat, or a chair for adaptations, and start feeling your best. Beginners are welcome. Please RSVP at 954-463-4217 ext. 110. Space is limited.</w:t>
      </w:r>
    </w:p>
    <w:p w14:paraId="6DBA5A2A" w14:textId="77777777" w:rsidR="00F0284D" w:rsidRPr="0067189E" w:rsidRDefault="008E1675">
      <w:pPr>
        <w:spacing w:before="160" w:after="60"/>
        <w:rPr>
          <w:sz w:val="36"/>
          <w:szCs w:val="36"/>
        </w:rPr>
      </w:pPr>
      <w:r w:rsidRPr="0067189E">
        <w:rPr>
          <w:b/>
          <w:color w:val="1F4E79"/>
          <w:sz w:val="36"/>
          <w:szCs w:val="36"/>
        </w:rPr>
        <w:t>Book Club</w:t>
      </w:r>
    </w:p>
    <w:p w14:paraId="2121EC87" w14:textId="77777777" w:rsidR="00F0284D" w:rsidRPr="0067189E" w:rsidRDefault="008E1675">
      <w:pPr>
        <w:spacing w:after="120" w:line="259" w:lineRule="auto"/>
        <w:rPr>
          <w:sz w:val="36"/>
          <w:szCs w:val="36"/>
        </w:rPr>
      </w:pPr>
      <w:r w:rsidRPr="0067189E">
        <w:rPr>
          <w:sz w:val="36"/>
          <w:szCs w:val="36"/>
        </w:rPr>
        <w:t>Will meet on the last Friday of the month, July 31st, August 28th, and September 25th.</w:t>
      </w:r>
    </w:p>
    <w:p w14:paraId="2D7BC6D8" w14:textId="77777777" w:rsidR="00F0284D" w:rsidRPr="0067189E" w:rsidRDefault="008E1675">
      <w:pPr>
        <w:pStyle w:val="ListBullet"/>
        <w:spacing w:after="60"/>
        <w:rPr>
          <w:sz w:val="36"/>
          <w:szCs w:val="36"/>
        </w:rPr>
      </w:pPr>
      <w:r w:rsidRPr="0067189E">
        <w:rPr>
          <w:sz w:val="36"/>
          <w:szCs w:val="36"/>
        </w:rPr>
        <w:t>July: Dead Soul by James D. Doss, book number 62196.</w:t>
      </w:r>
    </w:p>
    <w:p w14:paraId="0088111B" w14:textId="77777777" w:rsidR="00F0284D" w:rsidRPr="0067189E" w:rsidRDefault="008E1675">
      <w:pPr>
        <w:pStyle w:val="ListBullet"/>
        <w:spacing w:after="60"/>
        <w:rPr>
          <w:sz w:val="36"/>
          <w:szCs w:val="36"/>
        </w:rPr>
      </w:pPr>
      <w:r w:rsidRPr="0067189E">
        <w:rPr>
          <w:sz w:val="36"/>
          <w:szCs w:val="36"/>
        </w:rPr>
        <w:t>August: The Notebook by Nicholas Sparks, book number 48662.</w:t>
      </w:r>
    </w:p>
    <w:p w14:paraId="7F04FAF7" w14:textId="77777777" w:rsidR="00F0284D" w:rsidRPr="0067189E" w:rsidRDefault="008E1675">
      <w:pPr>
        <w:pStyle w:val="ListBullet"/>
        <w:spacing w:after="60"/>
        <w:rPr>
          <w:sz w:val="36"/>
          <w:szCs w:val="36"/>
        </w:rPr>
      </w:pPr>
      <w:r w:rsidRPr="0067189E">
        <w:rPr>
          <w:sz w:val="36"/>
          <w:szCs w:val="36"/>
        </w:rPr>
        <w:t>September: The Lost Children by Shirley Dickson, book number 127517.</w:t>
      </w:r>
    </w:p>
    <w:p w14:paraId="7D1CE4D7" w14:textId="77777777" w:rsidR="00F0284D" w:rsidRPr="0067189E" w:rsidRDefault="008E1675">
      <w:pPr>
        <w:spacing w:before="160" w:after="60"/>
        <w:rPr>
          <w:sz w:val="36"/>
          <w:szCs w:val="36"/>
        </w:rPr>
      </w:pPr>
      <w:r w:rsidRPr="0067189E">
        <w:rPr>
          <w:b/>
          <w:color w:val="1F4E79"/>
          <w:sz w:val="36"/>
          <w:szCs w:val="36"/>
        </w:rPr>
        <w:t>Trivia Group</w:t>
      </w:r>
    </w:p>
    <w:p w14:paraId="5884154C" w14:textId="77777777" w:rsidR="00F0284D" w:rsidRPr="0067189E" w:rsidRDefault="008E1675">
      <w:pPr>
        <w:spacing w:after="120" w:line="259" w:lineRule="auto"/>
        <w:rPr>
          <w:sz w:val="36"/>
          <w:szCs w:val="36"/>
        </w:rPr>
      </w:pPr>
      <w:r w:rsidRPr="0067189E">
        <w:rPr>
          <w:sz w:val="36"/>
          <w:szCs w:val="36"/>
        </w:rPr>
        <w:t>Join us July 10th, August 7th, and September 4th from 10:00 a.m. to 12:00 p.m. When raucous laughter is heard in the halls of the Lighthouse, you can be sure it is coming from the trivia group. Questions on a variety of subjects are read by a volunteer, and anyone who thinks they have the answer is free to call it out. Please RSVP at 954-463-4217 ext. 110. Space is limited.</w:t>
      </w:r>
    </w:p>
    <w:p w14:paraId="5E31F4ED" w14:textId="77777777" w:rsidR="00F0284D" w:rsidRPr="0067189E" w:rsidRDefault="008E1675">
      <w:pPr>
        <w:spacing w:before="160" w:after="60"/>
        <w:rPr>
          <w:sz w:val="36"/>
          <w:szCs w:val="36"/>
        </w:rPr>
      </w:pPr>
      <w:r w:rsidRPr="0067189E">
        <w:rPr>
          <w:b/>
          <w:color w:val="1F4E79"/>
          <w:sz w:val="36"/>
          <w:szCs w:val="36"/>
        </w:rPr>
        <w:t>Bingo</w:t>
      </w:r>
    </w:p>
    <w:p w14:paraId="3D8E0CA7" w14:textId="77777777" w:rsidR="00F0284D" w:rsidRPr="0067189E" w:rsidRDefault="008E1675">
      <w:pPr>
        <w:spacing w:after="120" w:line="259" w:lineRule="auto"/>
        <w:rPr>
          <w:sz w:val="36"/>
          <w:szCs w:val="36"/>
        </w:rPr>
      </w:pPr>
      <w:r w:rsidRPr="0067189E">
        <w:rPr>
          <w:sz w:val="36"/>
          <w:szCs w:val="36"/>
        </w:rPr>
        <w:t>Twice a month, July 17th and 24th, August 14th, September 11th and 18th, join us from 10:00 a.m. to 12:00 p.m. for Bingo with Brailled cards and large print cards. There are prizes for the winners. Please RSVP at 954-463-4217 ext. 110. Space is limited.</w:t>
      </w:r>
    </w:p>
    <w:p w14:paraId="0D88335F" w14:textId="77777777" w:rsidR="00F0284D" w:rsidRPr="0067189E" w:rsidRDefault="008E1675">
      <w:pPr>
        <w:spacing w:before="160" w:after="60"/>
        <w:rPr>
          <w:sz w:val="36"/>
          <w:szCs w:val="36"/>
        </w:rPr>
      </w:pPr>
      <w:r w:rsidRPr="0067189E">
        <w:rPr>
          <w:b/>
          <w:color w:val="1F4E79"/>
          <w:sz w:val="36"/>
          <w:szCs w:val="36"/>
        </w:rPr>
        <w:lastRenderedPageBreak/>
        <w:t>Guitar Class Members Only</w:t>
      </w:r>
    </w:p>
    <w:p w14:paraId="3D2768AD" w14:textId="77777777" w:rsidR="00F0284D" w:rsidRPr="0067189E" w:rsidRDefault="008E1675">
      <w:pPr>
        <w:spacing w:after="120" w:line="259" w:lineRule="auto"/>
        <w:rPr>
          <w:sz w:val="36"/>
          <w:szCs w:val="36"/>
        </w:rPr>
      </w:pPr>
      <w:r w:rsidRPr="0067189E">
        <w:rPr>
          <w:sz w:val="36"/>
          <w:szCs w:val="36"/>
        </w:rPr>
        <w:t>Summer is off, but will continue in September with Mike Ader from 10:00 a.m. to 12:00 p.m. Please bring your guitar. Nylon or steel string accepted. No electric guitars. You must have access to the BARD app, either through smartphone or cassette tape from Talking Books Washington, D.C. You must also be willing to consistently practice at home using guidance from the instructor. Please RSVP at 954-463-4217 ext. 110. Space is limited and the group will remain the same each month once all spaces are full.</w:t>
      </w:r>
    </w:p>
    <w:p w14:paraId="2BE79249" w14:textId="77777777" w:rsidR="00F0284D" w:rsidRPr="0067189E" w:rsidRDefault="008E1675">
      <w:pPr>
        <w:spacing w:before="160" w:after="60"/>
        <w:rPr>
          <w:sz w:val="36"/>
          <w:szCs w:val="36"/>
        </w:rPr>
      </w:pPr>
      <w:r w:rsidRPr="0067189E">
        <w:rPr>
          <w:b/>
          <w:color w:val="1F4E79"/>
          <w:sz w:val="36"/>
          <w:szCs w:val="36"/>
        </w:rPr>
        <w:t>In-Person Problem Solvers Support Group for Past Clients with Dr. Alan Katell</w:t>
      </w:r>
    </w:p>
    <w:p w14:paraId="6DE3C166" w14:textId="77777777" w:rsidR="00F0284D" w:rsidRPr="0067189E" w:rsidRDefault="008E1675">
      <w:pPr>
        <w:spacing w:after="120" w:line="259" w:lineRule="auto"/>
        <w:rPr>
          <w:sz w:val="36"/>
          <w:szCs w:val="36"/>
        </w:rPr>
      </w:pPr>
      <w:r w:rsidRPr="0067189E">
        <w:rPr>
          <w:sz w:val="36"/>
          <w:szCs w:val="36"/>
        </w:rPr>
        <w:t>The second Thursday of the month, July 9th, August 13th, and September 10th, from 11:00 a.m. to 12:00 p.m. This support group offers a space for past clients to connect with others who have similar experiences. Instructors lead discussions on relevant topics and challenges that members with visual impairments may be encountering. This group provides an opportunity for individuals to share their experiences, insights, and strategies, fostering a supportive environment where members can exchange ideas, offer mutual encouragement, and work together to find effective solutions. Please RSVP at 954-463-4217 ext. 110. Space is limited.</w:t>
      </w:r>
    </w:p>
    <w:p w14:paraId="557F5FD0" w14:textId="77777777" w:rsidR="00F0284D" w:rsidRPr="0067189E" w:rsidRDefault="008E1675">
      <w:pPr>
        <w:spacing w:before="160" w:after="60"/>
        <w:rPr>
          <w:sz w:val="36"/>
          <w:szCs w:val="36"/>
        </w:rPr>
      </w:pPr>
      <w:r w:rsidRPr="0067189E">
        <w:rPr>
          <w:b/>
          <w:color w:val="1F4E79"/>
          <w:sz w:val="36"/>
          <w:szCs w:val="36"/>
        </w:rPr>
        <w:t>Descriptive Movies</w:t>
      </w:r>
    </w:p>
    <w:p w14:paraId="128B8ED9" w14:textId="77777777" w:rsidR="00F0284D" w:rsidRPr="0067189E" w:rsidRDefault="008E1675">
      <w:pPr>
        <w:spacing w:after="120" w:line="259" w:lineRule="auto"/>
        <w:rPr>
          <w:sz w:val="36"/>
          <w:szCs w:val="36"/>
        </w:rPr>
      </w:pPr>
      <w:r w:rsidRPr="0067189E">
        <w:rPr>
          <w:sz w:val="36"/>
          <w:szCs w:val="36"/>
        </w:rPr>
        <w:t>Join us on select Thursdays for a movie and popcorn. The movies will be shown with Audio Description from 10:00 a.m. to 12:00 p.m. Please RSVP at 954-463-4217 ext. 110. Space is limited.</w:t>
      </w:r>
    </w:p>
    <w:p w14:paraId="0EF3DDF9" w14:textId="77777777" w:rsidR="00F0284D" w:rsidRPr="0067189E" w:rsidRDefault="008E1675">
      <w:pPr>
        <w:pStyle w:val="ListBullet"/>
        <w:spacing w:after="60"/>
        <w:rPr>
          <w:sz w:val="36"/>
          <w:szCs w:val="36"/>
        </w:rPr>
      </w:pPr>
      <w:r w:rsidRPr="0067189E">
        <w:rPr>
          <w:sz w:val="36"/>
          <w:szCs w:val="36"/>
        </w:rPr>
        <w:t xml:space="preserve">July 16th: Home Team (English). After being suspended from the NFL, Sean Payton returns to his hometown in Texas and tries to </w:t>
      </w:r>
      <w:r w:rsidRPr="0067189E">
        <w:rPr>
          <w:sz w:val="36"/>
          <w:szCs w:val="36"/>
        </w:rPr>
        <w:lastRenderedPageBreak/>
        <w:t>rebuild his relationship with his 12-year-old son by helping coach his struggling youth football team.</w:t>
      </w:r>
    </w:p>
    <w:p w14:paraId="3C974358" w14:textId="77777777" w:rsidR="00F0284D" w:rsidRPr="0067189E" w:rsidRDefault="008E1675">
      <w:pPr>
        <w:pStyle w:val="ListBullet"/>
        <w:spacing w:after="60"/>
        <w:rPr>
          <w:sz w:val="36"/>
          <w:szCs w:val="36"/>
        </w:rPr>
      </w:pPr>
      <w:r w:rsidRPr="0067189E">
        <w:rPr>
          <w:sz w:val="36"/>
          <w:szCs w:val="36"/>
        </w:rPr>
        <w:t>July 23rd: The Parent Trap (Spanish). A family comedy about two 11-year-old girls who meet at summer camp and discover they are identical twins who were separated at birth. After switching places to get to know the parent they never met, they hatch a plan to reunite their divorced mother and father and bring their family back together.</w:t>
      </w:r>
    </w:p>
    <w:p w14:paraId="11FF4F0E" w14:textId="77777777" w:rsidR="00F0284D" w:rsidRPr="0067189E" w:rsidRDefault="008E1675">
      <w:pPr>
        <w:pStyle w:val="ListBullet"/>
        <w:spacing w:after="60"/>
        <w:rPr>
          <w:sz w:val="36"/>
          <w:szCs w:val="36"/>
        </w:rPr>
      </w:pPr>
      <w:r w:rsidRPr="0067189E">
        <w:rPr>
          <w:sz w:val="36"/>
          <w:szCs w:val="36"/>
        </w:rPr>
        <w:t xml:space="preserve">August 6th: The Pacifier (English). A tough Navy SEAL is assigned to protect a scientist’s family, but things get complicated when he </w:t>
      </w:r>
      <w:proofErr w:type="gramStart"/>
      <w:r w:rsidRPr="0067189E">
        <w:rPr>
          <w:sz w:val="36"/>
          <w:szCs w:val="36"/>
        </w:rPr>
        <w:t>has to</w:t>
      </w:r>
      <w:proofErr w:type="gramEnd"/>
      <w:r w:rsidRPr="0067189E">
        <w:rPr>
          <w:sz w:val="36"/>
          <w:szCs w:val="36"/>
        </w:rPr>
        <w:t xml:space="preserve"> care for the family’s five kids. While trying to keep them safe from danger, he also must handle school life, parenting chaos, and his own lack of experience with kids.</w:t>
      </w:r>
    </w:p>
    <w:p w14:paraId="0A887586" w14:textId="77777777" w:rsidR="00F0284D" w:rsidRPr="0067189E" w:rsidRDefault="008E1675">
      <w:pPr>
        <w:pStyle w:val="ListBullet"/>
        <w:spacing w:after="60"/>
        <w:rPr>
          <w:sz w:val="36"/>
          <w:szCs w:val="36"/>
        </w:rPr>
      </w:pPr>
      <w:r w:rsidRPr="0067189E">
        <w:rPr>
          <w:sz w:val="36"/>
          <w:szCs w:val="36"/>
        </w:rPr>
        <w:t>August 20th: The Game Plan (Spanish). A famous NFL quarterback who is used to living a carefree, self-centered life suddenly discovers he has an 8-year-old daughter who shows up on his doorstep. As he tries to balance football stardom with unexpected fatherhood, he slowly learns responsibility, love, and what it means to be part of a family.</w:t>
      </w:r>
    </w:p>
    <w:p w14:paraId="30115A51" w14:textId="77777777" w:rsidR="00F0284D" w:rsidRPr="0067189E" w:rsidRDefault="008E1675">
      <w:pPr>
        <w:pStyle w:val="ListBullet"/>
        <w:spacing w:after="60"/>
        <w:rPr>
          <w:sz w:val="36"/>
          <w:szCs w:val="36"/>
        </w:rPr>
      </w:pPr>
      <w:r w:rsidRPr="0067189E">
        <w:rPr>
          <w:sz w:val="36"/>
          <w:szCs w:val="36"/>
        </w:rPr>
        <w:t>September 3rd: Mary Poppins (English). A magical and kind-hearted nanny named Mary Poppins arrives at the Banks household in London to care for two neglected children. Using a mix of imagination, music, and a bit of magic, she helps the children and their father rediscover joy, creativity, and family connection.</w:t>
      </w:r>
    </w:p>
    <w:p w14:paraId="24C29797" w14:textId="77777777" w:rsidR="00F0284D" w:rsidRPr="0067189E" w:rsidRDefault="008E1675">
      <w:pPr>
        <w:pStyle w:val="ListBullet"/>
        <w:spacing w:after="60"/>
        <w:rPr>
          <w:sz w:val="36"/>
          <w:szCs w:val="36"/>
        </w:rPr>
      </w:pPr>
      <w:r w:rsidRPr="0067189E">
        <w:rPr>
          <w:sz w:val="36"/>
          <w:szCs w:val="36"/>
        </w:rPr>
        <w:t xml:space="preserve">September 17th: Family Switch (Spanish). A busy, stressed family experiences a body swap just before Christmas when a mysterious </w:t>
      </w:r>
      <w:r w:rsidRPr="0067189E">
        <w:rPr>
          <w:sz w:val="36"/>
          <w:szCs w:val="36"/>
        </w:rPr>
        <w:lastRenderedPageBreak/>
        <w:t xml:space="preserve">cosmic event causes the parents and kids to suddenly switch bodies. Each family member </w:t>
      </w:r>
      <w:proofErr w:type="gramStart"/>
      <w:r w:rsidRPr="0067189E">
        <w:rPr>
          <w:sz w:val="36"/>
          <w:szCs w:val="36"/>
        </w:rPr>
        <w:t>has to</w:t>
      </w:r>
      <w:proofErr w:type="gramEnd"/>
      <w:r w:rsidRPr="0067189E">
        <w:rPr>
          <w:sz w:val="36"/>
          <w:szCs w:val="36"/>
        </w:rPr>
        <w:t xml:space="preserve"> live the others’ lives, navigating school, work, friendships, and responsibilities, while learning to understand and appreciate each other more.</w:t>
      </w:r>
    </w:p>
    <w:p w14:paraId="583E3E3E" w14:textId="77777777" w:rsidR="00F0284D" w:rsidRPr="0067189E" w:rsidRDefault="008E1675">
      <w:pPr>
        <w:spacing w:before="160" w:after="60"/>
        <w:rPr>
          <w:sz w:val="36"/>
          <w:szCs w:val="36"/>
        </w:rPr>
      </w:pPr>
      <w:r w:rsidRPr="0067189E">
        <w:rPr>
          <w:b/>
          <w:color w:val="1F4E79"/>
          <w:sz w:val="36"/>
          <w:szCs w:val="36"/>
        </w:rPr>
        <w:t>English Conversation Club</w:t>
      </w:r>
    </w:p>
    <w:p w14:paraId="66E6A7D0" w14:textId="77777777" w:rsidR="00F0284D" w:rsidRPr="0067189E" w:rsidRDefault="008E1675">
      <w:pPr>
        <w:spacing w:after="120" w:line="259" w:lineRule="auto"/>
        <w:rPr>
          <w:sz w:val="36"/>
          <w:szCs w:val="36"/>
        </w:rPr>
      </w:pPr>
      <w:r w:rsidRPr="0067189E">
        <w:rPr>
          <w:sz w:val="36"/>
          <w:szCs w:val="36"/>
        </w:rPr>
        <w:t>Meets the first Tuesday of the month from 1:00 p.m. to 3:00 p.m. Please join Dee Nelson for English Conversation Club, where participants will make new friends and gain hands-on speaking experience with practical, real-world topics. This social group is for past and current clients who want to improve their English communication skills. Please RSVP at 954-463-4217 ext. 110. Space is limited.</w:t>
      </w:r>
    </w:p>
    <w:p w14:paraId="39C0C7DB" w14:textId="77777777" w:rsidR="00F0284D" w:rsidRPr="0067189E" w:rsidRDefault="008E1675">
      <w:pPr>
        <w:spacing w:after="120" w:line="259" w:lineRule="auto"/>
        <w:rPr>
          <w:sz w:val="36"/>
          <w:szCs w:val="36"/>
        </w:rPr>
      </w:pPr>
      <w:r w:rsidRPr="0067189E">
        <w:rPr>
          <w:i/>
          <w:sz w:val="36"/>
          <w:szCs w:val="36"/>
        </w:rPr>
        <w:t>Dates, time, and location of social activities are subject to change. Please visit www.lhob.org/publications or call our activities line at 954-463-4217 ext. 8 for up-to-date information on social activities and meetings.</w:t>
      </w:r>
    </w:p>
    <w:p w14:paraId="33BFE89D" w14:textId="77777777" w:rsidR="00F0284D" w:rsidRPr="0067189E" w:rsidRDefault="008E1675">
      <w:pPr>
        <w:spacing w:before="240" w:after="80"/>
        <w:rPr>
          <w:sz w:val="36"/>
          <w:szCs w:val="36"/>
        </w:rPr>
      </w:pPr>
      <w:r w:rsidRPr="0067189E">
        <w:rPr>
          <w:b/>
          <w:color w:val="1F4E79"/>
          <w:sz w:val="36"/>
          <w:szCs w:val="36"/>
        </w:rPr>
        <w:t>Support for Past and Present LHOB Clients</w:t>
      </w:r>
    </w:p>
    <w:p w14:paraId="644B9085" w14:textId="77777777" w:rsidR="00F0284D" w:rsidRPr="0067189E" w:rsidRDefault="008E1675">
      <w:pPr>
        <w:spacing w:after="120" w:line="259" w:lineRule="auto"/>
        <w:rPr>
          <w:sz w:val="36"/>
          <w:szCs w:val="36"/>
        </w:rPr>
      </w:pPr>
      <w:r w:rsidRPr="0067189E">
        <w:rPr>
          <w:sz w:val="36"/>
          <w:szCs w:val="36"/>
        </w:rPr>
        <w:t>Last Wednesday of the month from 1:00 p.m. to 2:00 p.m. This support group is to help participants who want to connect with other individuals who are visually impaired. Instructors will discuss strategies for dealing with stress and anxiety. Members of this group can connect, share their experiences, coping strategies, and their strength and hope.</w:t>
      </w:r>
    </w:p>
    <w:p w14:paraId="41F43514" w14:textId="77777777" w:rsidR="00F0284D" w:rsidRPr="0067189E" w:rsidRDefault="008E1675">
      <w:pPr>
        <w:pStyle w:val="ListBullet"/>
        <w:spacing w:after="60"/>
        <w:rPr>
          <w:sz w:val="36"/>
          <w:szCs w:val="36"/>
        </w:rPr>
      </w:pPr>
      <w:r w:rsidRPr="0067189E">
        <w:rPr>
          <w:sz w:val="36"/>
          <w:szCs w:val="36"/>
        </w:rPr>
        <w:t>Join the call: https://www.uberconference.com/room/lhobsupport</w:t>
      </w:r>
    </w:p>
    <w:p w14:paraId="50A51648" w14:textId="77777777" w:rsidR="00F0284D" w:rsidRPr="0067189E" w:rsidRDefault="008E1675">
      <w:pPr>
        <w:pStyle w:val="ListBullet"/>
        <w:spacing w:after="60"/>
        <w:rPr>
          <w:sz w:val="36"/>
          <w:szCs w:val="36"/>
        </w:rPr>
      </w:pPr>
      <w:r w:rsidRPr="0067189E">
        <w:rPr>
          <w:sz w:val="36"/>
          <w:szCs w:val="36"/>
        </w:rPr>
        <w:t>Optional dial-in number: 954-451-0380</w:t>
      </w:r>
    </w:p>
    <w:p w14:paraId="6854B613" w14:textId="77777777" w:rsidR="00F0284D" w:rsidRPr="0067189E" w:rsidRDefault="008E1675">
      <w:pPr>
        <w:pStyle w:val="ListBullet"/>
        <w:spacing w:after="60"/>
        <w:rPr>
          <w:sz w:val="36"/>
          <w:szCs w:val="36"/>
        </w:rPr>
      </w:pPr>
      <w:r w:rsidRPr="0067189E">
        <w:rPr>
          <w:sz w:val="36"/>
          <w:szCs w:val="36"/>
        </w:rPr>
        <w:t>No PIN needed.</w:t>
      </w:r>
    </w:p>
    <w:p w14:paraId="14D9E2A7" w14:textId="77777777" w:rsidR="00F0284D" w:rsidRPr="0067189E" w:rsidRDefault="008E1675">
      <w:pPr>
        <w:pStyle w:val="ListBullet"/>
        <w:spacing w:after="60"/>
        <w:rPr>
          <w:sz w:val="36"/>
          <w:szCs w:val="36"/>
        </w:rPr>
      </w:pPr>
      <w:r w:rsidRPr="0067189E">
        <w:rPr>
          <w:sz w:val="36"/>
          <w:szCs w:val="36"/>
        </w:rPr>
        <w:lastRenderedPageBreak/>
        <w:t>International Access Numbers: https://www.uberconference.com/international</w:t>
      </w:r>
    </w:p>
    <w:p w14:paraId="05D8DBCA" w14:textId="77777777" w:rsidR="00F0284D" w:rsidRPr="0067189E" w:rsidRDefault="008E1675">
      <w:pPr>
        <w:spacing w:before="240" w:after="80"/>
        <w:rPr>
          <w:sz w:val="36"/>
          <w:szCs w:val="36"/>
        </w:rPr>
      </w:pPr>
      <w:r w:rsidRPr="0067189E">
        <w:rPr>
          <w:b/>
          <w:color w:val="1F4E79"/>
          <w:sz w:val="36"/>
          <w:szCs w:val="36"/>
        </w:rPr>
        <w:t>Special Events for Past and Current LHOB Clients</w:t>
      </w:r>
    </w:p>
    <w:p w14:paraId="6B7493EB" w14:textId="77777777" w:rsidR="00F0284D" w:rsidRPr="0067189E" w:rsidRDefault="008E1675">
      <w:pPr>
        <w:spacing w:before="160" w:after="60"/>
        <w:rPr>
          <w:sz w:val="36"/>
          <w:szCs w:val="36"/>
        </w:rPr>
      </w:pPr>
      <w:r w:rsidRPr="0067189E">
        <w:rPr>
          <w:b/>
          <w:color w:val="1F4E79"/>
          <w:sz w:val="36"/>
          <w:szCs w:val="36"/>
        </w:rPr>
        <w:t>Electoral Forum Event</w:t>
      </w:r>
    </w:p>
    <w:p w14:paraId="725B9FC5" w14:textId="77777777" w:rsidR="00F0284D" w:rsidRPr="0067189E" w:rsidRDefault="008E1675">
      <w:pPr>
        <w:spacing w:after="120" w:line="259" w:lineRule="auto"/>
        <w:rPr>
          <w:sz w:val="36"/>
          <w:szCs w:val="36"/>
        </w:rPr>
      </w:pPr>
      <w:r w:rsidRPr="0067189E">
        <w:rPr>
          <w:sz w:val="36"/>
          <w:szCs w:val="36"/>
        </w:rPr>
        <w:t>August 21, 2026. Join us for the 2nd Lighthouse Electoral Forum from 10:00 a.m. to 1:00 p.m. to hear directly from community leaders as they discuss issues impacting Broward County. Learn about accessible voting resources, including specialized voting machines for the visually impaired. Located at Nob Hill Soccer Club Park, 10200 Sunset Strip, Sunrise, FL 33322. A lunch of chicken tenders, potato salad, and fruit salad will be provided. No substitutions. Please RSVP at 954-463-4217 ext. 110.</w:t>
      </w:r>
    </w:p>
    <w:sectPr w:rsidR="00F0284D" w:rsidRPr="0067189E"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76455" w14:textId="77777777" w:rsidR="0088205F" w:rsidRDefault="0088205F">
      <w:pPr>
        <w:spacing w:after="0" w:line="240" w:lineRule="auto"/>
      </w:pPr>
      <w:r>
        <w:separator/>
      </w:r>
    </w:p>
  </w:endnote>
  <w:endnote w:type="continuationSeparator" w:id="0">
    <w:p w14:paraId="273D454C" w14:textId="77777777" w:rsidR="0088205F" w:rsidRDefault="00882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2081" w14:textId="77777777" w:rsidR="00F0284D" w:rsidRDefault="008E1675">
    <w:pPr>
      <w:pStyle w:val="Footer"/>
      <w:jc w:val="center"/>
    </w:pPr>
    <w:r>
      <w:rPr>
        <w:sz w:val="16"/>
      </w:rPr>
      <w:t>The Beacon | July -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A8E1B" w14:textId="77777777" w:rsidR="0088205F" w:rsidRDefault="0088205F">
      <w:pPr>
        <w:spacing w:after="0" w:line="240" w:lineRule="auto"/>
      </w:pPr>
      <w:r>
        <w:separator/>
      </w:r>
    </w:p>
  </w:footnote>
  <w:footnote w:type="continuationSeparator" w:id="0">
    <w:p w14:paraId="4BD2D4F7" w14:textId="77777777" w:rsidR="0088205F" w:rsidRDefault="008820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8456654">
    <w:abstractNumId w:val="8"/>
  </w:num>
  <w:num w:numId="2" w16cid:durableId="799420562">
    <w:abstractNumId w:val="6"/>
  </w:num>
  <w:num w:numId="3" w16cid:durableId="1304195916">
    <w:abstractNumId w:val="5"/>
  </w:num>
  <w:num w:numId="4" w16cid:durableId="1980264749">
    <w:abstractNumId w:val="4"/>
  </w:num>
  <w:num w:numId="5" w16cid:durableId="12415115">
    <w:abstractNumId w:val="7"/>
  </w:num>
  <w:num w:numId="6" w16cid:durableId="609704720">
    <w:abstractNumId w:val="3"/>
  </w:num>
  <w:num w:numId="7" w16cid:durableId="613444921">
    <w:abstractNumId w:val="2"/>
  </w:num>
  <w:num w:numId="8" w16cid:durableId="2073458221">
    <w:abstractNumId w:val="1"/>
  </w:num>
  <w:num w:numId="9" w16cid:durableId="420955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91A96"/>
    <w:rsid w:val="0067189E"/>
    <w:rsid w:val="0088205F"/>
    <w:rsid w:val="008E1675"/>
    <w:rsid w:val="00910D95"/>
    <w:rsid w:val="00AA1D8D"/>
    <w:rsid w:val="00B47730"/>
    <w:rsid w:val="00CB0664"/>
    <w:rsid w:val="00D4214F"/>
    <w:rsid w:val="00F0284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F087DD"/>
  <w14:defaultImageDpi w14:val="300"/>
  <w15:docId w15:val="{74CAB8A1-A8BD-4CC9-AC39-B5D7C9C0C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2025</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Alejandro Sastre</cp:lastModifiedBy>
  <cp:revision>3</cp:revision>
  <dcterms:created xsi:type="dcterms:W3CDTF">2026-06-16T13:36:00Z</dcterms:created>
  <dcterms:modified xsi:type="dcterms:W3CDTF">2026-07-28T16:17:00Z</dcterms:modified>
  <cp:category/>
</cp:coreProperties>
</file>